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DIARIO DE EMOCIONES – TCC  #1</w:t>
      </w:r>
    </w:p>
    <w:p>
      <w:r>
        <w:rPr>
          <w:color w:val="C71585"/>
        </w:rPr>
        <w:t>📅 Fecha:</w:t>
      </w:r>
    </w:p>
    <w:p>
      <w:r>
        <w:rPr>
          <w:color w:val="C71585"/>
        </w:rPr>
        <w:t>🕒 Hora:</w:t>
      </w:r>
    </w:p>
    <w:p>
      <w:r>
        <w:rPr>
          <w:color w:val="C71585"/>
        </w:rPr>
        <w:t>1. Situación (¿Qué ocurrió?):</w:t>
      </w:r>
    </w:p>
    <w:p/>
    <w:p>
      <w:r>
        <w:rPr>
          <w:color w:val="C71585"/>
        </w:rPr>
        <w:t>2. Emoción principal (¿Qué sentí?):</w:t>
      </w:r>
    </w:p>
    <w:p>
      <w:r>
        <w:rPr>
          <w:color w:val="C71585"/>
        </w:rPr>
        <w:t xml:space="preserve">   ☐ Ansiedad   ☐ Tristeza   ☐ Culpa   ☐ Miedo   ☐ Ira   ☐ Vergüenza   ☐ Otra: __________</w:t>
      </w:r>
    </w:p>
    <w:p/>
    <w:p>
      <w:r>
        <w:rPr>
          <w:color w:val="C71585"/>
        </w:rPr>
        <w:t>3. Intensidad (0 a 10):</w:t>
      </w:r>
    </w:p>
    <w:p/>
    <w:p>
      <w:r>
        <w:rPr>
          <w:color w:val="C71585"/>
        </w:rPr>
        <w:t>4. Pensamiento automático (¿Qué pasó por mi cabeza?):</w:t>
      </w:r>
    </w:p>
    <w:p/>
    <w:p>
      <w:r>
        <w:rPr>
          <w:color w:val="C71585"/>
        </w:rPr>
        <w:t>5. Evidencia realista:</w:t>
      </w:r>
    </w:p>
    <w:p>
      <w:r>
        <w:rPr>
          <w:color w:val="C71585"/>
        </w:rPr>
        <w:t xml:space="preserve">   ¿Qué pruebas tengo de que ese pensamiento sea cierto?</w:t>
      </w:r>
    </w:p>
    <w:p>
      <w:r>
        <w:rPr>
          <w:color w:val="C71585"/>
        </w:rPr>
        <w:t xml:space="preserve">   ¿Qué pruebas tengo de que NO es cierto?</w:t>
      </w:r>
    </w:p>
    <w:p/>
    <w:p>
      <w:r>
        <w:rPr>
          <w:color w:val="C71585"/>
        </w:rPr>
        <w:t>6. Razonamiento alternativo:</w:t>
      </w:r>
    </w:p>
    <w:p/>
    <w:p>
      <w:r>
        <w:rPr>
          <w:color w:val="C71585"/>
        </w:rPr>
        <w:t>7. Nueva intensidad emocional (0 a 10):</w:t>
      </w:r>
    </w:p>
    <w:p/>
    <w:p>
      <w:r>
        <w:rPr>
          <w:color w:val="C71585"/>
        </w:rPr>
        <w:t>8. ¿Qué aprendí de este momento?:</w:t>
      </w:r>
    </w:p>
    <w:p/>
    <w:p>
      <w:r>
        <w:rPr>
          <w:color w:val="C71585"/>
        </w:rPr>
        <w:t>9. ¿Qué necesito ahora?</w:t>
      </w:r>
    </w:p>
    <w:p>
      <w:r>
        <w:rPr>
          <w:color w:val="C71585"/>
        </w:rPr>
        <w:t xml:space="preserve">   ☐ Descanso   ☐ Hablar con alguien   ☐ Un abrazo   ☐ Distracción positiva</w:t>
      </w:r>
    </w:p>
    <w:p>
      <w:r>
        <w:rPr>
          <w:color w:val="C71585"/>
        </w:rPr>
        <w:t xml:space="preserve">   ☐ Salir a caminar   ☐ Nada, ya lo procesé   ☐ Otra: __________</w:t>
      </w:r>
    </w:p>
    <w:p>
      <w:r>
        <w:rPr>
          <w:color w:val="C71585"/>
        </w:rPr>
        <w:t>----------------------------------------------------------------------------------------------------</w:t>
      </w:r>
    </w:p>
    <w:p>
      <w:pPr>
        <w:pStyle w:val="Heading1"/>
      </w:pPr>
      <w:r>
        <w:t>DIARIO DE EMOCIONES – TCC  #2</w:t>
      </w:r>
    </w:p>
    <w:p>
      <w:r>
        <w:rPr>
          <w:color w:val="C71585"/>
        </w:rPr>
        <w:t>📅 Fecha:</w:t>
      </w:r>
    </w:p>
    <w:p>
      <w:r>
        <w:rPr>
          <w:color w:val="C71585"/>
        </w:rPr>
        <w:t>🕒 Hora:</w:t>
      </w:r>
    </w:p>
    <w:p>
      <w:r>
        <w:rPr>
          <w:color w:val="C71585"/>
        </w:rPr>
        <w:t>1. Situación (¿Qué ocurrió?):</w:t>
      </w:r>
    </w:p>
    <w:p/>
    <w:p>
      <w:r>
        <w:rPr>
          <w:color w:val="C71585"/>
        </w:rPr>
        <w:t>2. Emoción principal (¿Qué sentí?):</w:t>
      </w:r>
    </w:p>
    <w:p>
      <w:r>
        <w:rPr>
          <w:color w:val="C71585"/>
        </w:rPr>
        <w:t xml:space="preserve">   ☐ Ansiedad   ☐ Tristeza   ☐ Culpa   ☐ Miedo   ☐ Ira   ☐ Vergüenza   ☐ Otra: __________</w:t>
      </w:r>
    </w:p>
    <w:p/>
    <w:p>
      <w:r>
        <w:rPr>
          <w:color w:val="C71585"/>
        </w:rPr>
        <w:t>3. Intensidad (0 a 10):</w:t>
      </w:r>
    </w:p>
    <w:p/>
    <w:p>
      <w:r>
        <w:rPr>
          <w:color w:val="C71585"/>
        </w:rPr>
        <w:t>4. Pensamiento automático (¿Qué pasó por mi cabeza?):</w:t>
      </w:r>
    </w:p>
    <w:p/>
    <w:p>
      <w:r>
        <w:rPr>
          <w:color w:val="C71585"/>
        </w:rPr>
        <w:t>5. Evidencia realista:</w:t>
      </w:r>
    </w:p>
    <w:p>
      <w:r>
        <w:rPr>
          <w:color w:val="C71585"/>
        </w:rPr>
        <w:t xml:space="preserve">   ¿Qué pruebas tengo de que ese pensamiento sea cierto?</w:t>
      </w:r>
    </w:p>
    <w:p>
      <w:r>
        <w:rPr>
          <w:color w:val="C71585"/>
        </w:rPr>
        <w:t xml:space="preserve">   ¿Qué pruebas tengo de que NO es cierto?</w:t>
      </w:r>
    </w:p>
    <w:p/>
    <w:p>
      <w:r>
        <w:rPr>
          <w:color w:val="C71585"/>
        </w:rPr>
        <w:t>6. Razonamiento alternativo:</w:t>
      </w:r>
    </w:p>
    <w:p/>
    <w:p>
      <w:r>
        <w:rPr>
          <w:color w:val="C71585"/>
        </w:rPr>
        <w:t>7. Nueva intensidad emocional (0 a 10):</w:t>
      </w:r>
    </w:p>
    <w:p/>
    <w:p>
      <w:r>
        <w:rPr>
          <w:color w:val="C71585"/>
        </w:rPr>
        <w:t>8. ¿Qué aprendí de este momento?:</w:t>
      </w:r>
    </w:p>
    <w:p/>
    <w:p>
      <w:r>
        <w:rPr>
          <w:color w:val="C71585"/>
        </w:rPr>
        <w:t>9. ¿Qué necesito ahora?</w:t>
      </w:r>
    </w:p>
    <w:p>
      <w:r>
        <w:rPr>
          <w:color w:val="C71585"/>
        </w:rPr>
        <w:t xml:space="preserve">   ☐ Descanso   ☐ Hablar con alguien   ☐ Un abrazo   ☐ Distracción positiva</w:t>
      </w:r>
    </w:p>
    <w:p>
      <w:r>
        <w:rPr>
          <w:color w:val="C71585"/>
        </w:rPr>
        <w:t xml:space="preserve">   ☐ Salir a caminar   ☐ Nada, ya lo procesé   ☐ Otra: __________</w:t>
      </w:r>
    </w:p>
    <w:p>
      <w:r>
        <w:rPr>
          <w:color w:val="C71585"/>
        </w:rPr>
        <w:t>----------------------------------------------------------------------------------------------------</w:t>
      </w:r>
    </w:p>
    <w:p>
      <w:pPr>
        <w:pStyle w:val="Heading1"/>
      </w:pPr>
      <w:r>
        <w:t>DIARIO DE EMOCIONES – TCC  #3</w:t>
      </w:r>
    </w:p>
    <w:p>
      <w:r>
        <w:rPr>
          <w:color w:val="C71585"/>
        </w:rPr>
        <w:t>📅 Fecha:</w:t>
      </w:r>
    </w:p>
    <w:p>
      <w:r>
        <w:rPr>
          <w:color w:val="C71585"/>
        </w:rPr>
        <w:t>🕒 Hora:</w:t>
      </w:r>
    </w:p>
    <w:p>
      <w:r>
        <w:rPr>
          <w:color w:val="C71585"/>
        </w:rPr>
        <w:t>1. Situación (¿Qué ocurrió?):</w:t>
      </w:r>
    </w:p>
    <w:p/>
    <w:p>
      <w:r>
        <w:rPr>
          <w:color w:val="C71585"/>
        </w:rPr>
        <w:t>2. Emoción principal (¿Qué sentí?):</w:t>
      </w:r>
    </w:p>
    <w:p>
      <w:r>
        <w:rPr>
          <w:color w:val="C71585"/>
        </w:rPr>
        <w:t xml:space="preserve">   ☐ Ansiedad   ☐ Tristeza   ☐ Culpa   ☐ Miedo   ☐ Ira   ☐ Vergüenza   ☐ Otra: __________</w:t>
      </w:r>
    </w:p>
    <w:p/>
    <w:p>
      <w:r>
        <w:rPr>
          <w:color w:val="C71585"/>
        </w:rPr>
        <w:t>3. Intensidad (0 a 10):</w:t>
      </w:r>
    </w:p>
    <w:p/>
    <w:p>
      <w:r>
        <w:rPr>
          <w:color w:val="C71585"/>
        </w:rPr>
        <w:t>4. Pensamiento automático (¿Qué pasó por mi cabeza?):</w:t>
      </w:r>
    </w:p>
    <w:p/>
    <w:p>
      <w:r>
        <w:rPr>
          <w:color w:val="C71585"/>
        </w:rPr>
        <w:t>5. Evidencia realista:</w:t>
      </w:r>
    </w:p>
    <w:p>
      <w:r>
        <w:rPr>
          <w:color w:val="C71585"/>
        </w:rPr>
        <w:t xml:space="preserve">   ¿Qué pruebas tengo de que ese pensamiento sea cierto?</w:t>
      </w:r>
    </w:p>
    <w:p>
      <w:r>
        <w:rPr>
          <w:color w:val="C71585"/>
        </w:rPr>
        <w:t xml:space="preserve">   ¿Qué pruebas tengo de que NO es cierto?</w:t>
      </w:r>
    </w:p>
    <w:p/>
    <w:p>
      <w:r>
        <w:rPr>
          <w:color w:val="C71585"/>
        </w:rPr>
        <w:t>6. Razonamiento alternativo:</w:t>
      </w:r>
    </w:p>
    <w:p/>
    <w:p>
      <w:r>
        <w:rPr>
          <w:color w:val="C71585"/>
        </w:rPr>
        <w:t>7. Nueva intensidad emocional (0 a 10):</w:t>
      </w:r>
    </w:p>
    <w:p/>
    <w:p>
      <w:r>
        <w:rPr>
          <w:color w:val="C71585"/>
        </w:rPr>
        <w:t>8. ¿Qué aprendí de este momento?:</w:t>
      </w:r>
    </w:p>
    <w:p/>
    <w:p>
      <w:r>
        <w:rPr>
          <w:color w:val="C71585"/>
        </w:rPr>
        <w:t>9. ¿Qué necesito ahora?</w:t>
      </w:r>
    </w:p>
    <w:p>
      <w:r>
        <w:rPr>
          <w:color w:val="C71585"/>
        </w:rPr>
        <w:t xml:space="preserve">   ☐ Descanso   ☐ Hablar con alguien   ☐ Un abrazo   ☐ Distracción positiva</w:t>
      </w:r>
    </w:p>
    <w:p>
      <w:r>
        <w:rPr>
          <w:color w:val="C71585"/>
        </w:rPr>
        <w:t xml:space="preserve">   ☐ Salir a caminar   ☐ Nada, ya lo procesé   ☐ Otra: __________</w:t>
      </w:r>
    </w:p>
    <w:p>
      <w:r>
        <w:rPr>
          <w:color w:val="C71585"/>
        </w:rPr>
        <w:t>----------------------------------------------------------------------------------------------------</w:t>
      </w:r>
    </w:p>
    <w:p>
      <w:pPr>
        <w:pStyle w:val="Heading1"/>
      </w:pPr>
      <w:r>
        <w:t>DIARIO DE EMOCIONES – TCC  #4</w:t>
      </w:r>
    </w:p>
    <w:p>
      <w:r>
        <w:rPr>
          <w:color w:val="C71585"/>
        </w:rPr>
        <w:t>📅 Fecha:</w:t>
      </w:r>
    </w:p>
    <w:p>
      <w:r>
        <w:rPr>
          <w:color w:val="C71585"/>
        </w:rPr>
        <w:t>🕒 Hora:</w:t>
      </w:r>
    </w:p>
    <w:p>
      <w:r>
        <w:rPr>
          <w:color w:val="C71585"/>
        </w:rPr>
        <w:t>1. Situación (¿Qué ocurrió?):</w:t>
      </w:r>
    </w:p>
    <w:p/>
    <w:p>
      <w:r>
        <w:rPr>
          <w:color w:val="C71585"/>
        </w:rPr>
        <w:t>2. Emoción principal (¿Qué sentí?):</w:t>
      </w:r>
    </w:p>
    <w:p>
      <w:r>
        <w:rPr>
          <w:color w:val="C71585"/>
        </w:rPr>
        <w:t xml:space="preserve">   ☐ Ansiedad   ☐ Tristeza   ☐ Culpa   ☐ Miedo   ☐ Ira   ☐ Vergüenza   ☐ Otra: __________</w:t>
      </w:r>
    </w:p>
    <w:p/>
    <w:p>
      <w:r>
        <w:rPr>
          <w:color w:val="C71585"/>
        </w:rPr>
        <w:t>3. Intensidad (0 a 10):</w:t>
      </w:r>
    </w:p>
    <w:p/>
    <w:p>
      <w:r>
        <w:rPr>
          <w:color w:val="C71585"/>
        </w:rPr>
        <w:t>4. Pensamiento automático (¿Qué pasó por mi cabeza?):</w:t>
      </w:r>
    </w:p>
    <w:p/>
    <w:p>
      <w:r>
        <w:rPr>
          <w:color w:val="C71585"/>
        </w:rPr>
        <w:t>5. Evidencia realista:</w:t>
      </w:r>
    </w:p>
    <w:p>
      <w:r>
        <w:rPr>
          <w:color w:val="C71585"/>
        </w:rPr>
        <w:t xml:space="preserve">   ¿Qué pruebas tengo de que ese pensamiento sea cierto?</w:t>
      </w:r>
    </w:p>
    <w:p>
      <w:r>
        <w:rPr>
          <w:color w:val="C71585"/>
        </w:rPr>
        <w:t xml:space="preserve">   ¿Qué pruebas tengo de que NO es cierto?</w:t>
      </w:r>
    </w:p>
    <w:p/>
    <w:p>
      <w:r>
        <w:rPr>
          <w:color w:val="C71585"/>
        </w:rPr>
        <w:t>6. Razonamiento alternativo:</w:t>
      </w:r>
    </w:p>
    <w:p/>
    <w:p>
      <w:r>
        <w:rPr>
          <w:color w:val="C71585"/>
        </w:rPr>
        <w:t>7. Nueva intensidad emocional (0 a 10):</w:t>
      </w:r>
    </w:p>
    <w:p/>
    <w:p>
      <w:r>
        <w:rPr>
          <w:color w:val="C71585"/>
        </w:rPr>
        <w:t>8. ¿Qué aprendí de este momento?:</w:t>
      </w:r>
    </w:p>
    <w:p/>
    <w:p>
      <w:r>
        <w:rPr>
          <w:color w:val="C71585"/>
        </w:rPr>
        <w:t>9. ¿Qué necesito ahora?</w:t>
      </w:r>
    </w:p>
    <w:p>
      <w:r>
        <w:rPr>
          <w:color w:val="C71585"/>
        </w:rPr>
        <w:t xml:space="preserve">   ☐ Descanso   ☐ Hablar con alguien   ☐ Un abrazo   ☐ Distracción positiva</w:t>
      </w:r>
    </w:p>
    <w:p>
      <w:r>
        <w:rPr>
          <w:color w:val="C71585"/>
        </w:rPr>
        <w:t xml:space="preserve">   ☐ Salir a caminar   ☐ Nada, ya lo procesé   ☐ Otra: __________</w:t>
      </w:r>
    </w:p>
    <w:p>
      <w:r>
        <w:rPr>
          <w:color w:val="C71585"/>
        </w:rPr>
        <w:t>----------------------------------------------------------------------------------------------------</w:t>
      </w:r>
    </w:p>
    <w:p>
      <w:pPr>
        <w:pStyle w:val="Heading1"/>
      </w:pPr>
      <w:r>
        <w:t>DIARIO DE EMOCIONES – TCC  #5</w:t>
      </w:r>
    </w:p>
    <w:p>
      <w:r>
        <w:rPr>
          <w:color w:val="C71585"/>
        </w:rPr>
        <w:t>📅 Fecha:</w:t>
      </w:r>
    </w:p>
    <w:p>
      <w:r>
        <w:rPr>
          <w:color w:val="C71585"/>
        </w:rPr>
        <w:t>🕒 Hora:</w:t>
      </w:r>
    </w:p>
    <w:p>
      <w:r>
        <w:rPr>
          <w:color w:val="C71585"/>
        </w:rPr>
        <w:t>1. Situación (¿Qué ocurrió?):</w:t>
      </w:r>
    </w:p>
    <w:p/>
    <w:p>
      <w:r>
        <w:rPr>
          <w:color w:val="C71585"/>
        </w:rPr>
        <w:t>2. Emoción principal (¿Qué sentí?):</w:t>
      </w:r>
    </w:p>
    <w:p>
      <w:r>
        <w:rPr>
          <w:color w:val="C71585"/>
        </w:rPr>
        <w:t xml:space="preserve">   ☐ Ansiedad   ☐ Tristeza   ☐ Culpa   ☐ Miedo   ☐ Ira   ☐ Vergüenza   ☐ Otra: __________</w:t>
      </w:r>
    </w:p>
    <w:p/>
    <w:p>
      <w:r>
        <w:rPr>
          <w:color w:val="C71585"/>
        </w:rPr>
        <w:t>3. Intensidad (0 a 10):</w:t>
      </w:r>
    </w:p>
    <w:p/>
    <w:p>
      <w:r>
        <w:rPr>
          <w:color w:val="C71585"/>
        </w:rPr>
        <w:t>4. Pensamiento automático (¿Qué pasó por mi cabeza?):</w:t>
      </w:r>
    </w:p>
    <w:p/>
    <w:p>
      <w:r>
        <w:rPr>
          <w:color w:val="C71585"/>
        </w:rPr>
        <w:t>5. Evidencia realista:</w:t>
      </w:r>
    </w:p>
    <w:p>
      <w:r>
        <w:rPr>
          <w:color w:val="C71585"/>
        </w:rPr>
        <w:t xml:space="preserve">   ¿Qué pruebas tengo de que ese pensamiento sea cierto?</w:t>
      </w:r>
    </w:p>
    <w:p>
      <w:r>
        <w:rPr>
          <w:color w:val="C71585"/>
        </w:rPr>
        <w:t xml:space="preserve">   ¿Qué pruebas tengo de que NO es cierto?</w:t>
      </w:r>
    </w:p>
    <w:p/>
    <w:p>
      <w:r>
        <w:rPr>
          <w:color w:val="C71585"/>
        </w:rPr>
        <w:t>6. Razonamiento alternativo:</w:t>
      </w:r>
    </w:p>
    <w:p/>
    <w:p>
      <w:r>
        <w:rPr>
          <w:color w:val="C71585"/>
        </w:rPr>
        <w:t>7. Nueva intensidad emocional (0 a 10):</w:t>
      </w:r>
    </w:p>
    <w:p/>
    <w:p>
      <w:r>
        <w:rPr>
          <w:color w:val="C71585"/>
        </w:rPr>
        <w:t>8. ¿Qué aprendí de este momento?:</w:t>
      </w:r>
    </w:p>
    <w:p/>
    <w:p>
      <w:r>
        <w:rPr>
          <w:color w:val="C71585"/>
        </w:rPr>
        <w:t>9. ¿Qué necesito ahora?</w:t>
      </w:r>
    </w:p>
    <w:p>
      <w:r>
        <w:rPr>
          <w:color w:val="C71585"/>
        </w:rPr>
        <w:t xml:space="preserve">   ☐ Descanso   ☐ Hablar con alguien   ☐ Un abrazo   ☐ Distracción positiva</w:t>
      </w:r>
    </w:p>
    <w:p>
      <w:r>
        <w:rPr>
          <w:color w:val="C71585"/>
        </w:rPr>
        <w:t xml:space="preserve">   ☐ Salir a caminar   ☐ Nada, ya lo procesé   ☐ Otra: __________</w:t>
      </w:r>
    </w:p>
    <w:p>
      <w:r>
        <w:rPr>
          <w:color w:val="C71585"/>
        </w:rPr>
        <w:t>----------------------------------------------------------------------------------------------------</w:t>
      </w:r>
    </w:p>
    <w:p>
      <w:pPr>
        <w:pStyle w:val="Heading1"/>
      </w:pPr>
      <w:r>
        <w:t>DIARIO DE EMOCIONES – TCC  #6</w:t>
      </w:r>
    </w:p>
    <w:p>
      <w:r>
        <w:rPr>
          <w:color w:val="C71585"/>
        </w:rPr>
        <w:t>📅 Fecha:</w:t>
      </w:r>
    </w:p>
    <w:p>
      <w:r>
        <w:rPr>
          <w:color w:val="C71585"/>
        </w:rPr>
        <w:t>🕒 Hora:</w:t>
      </w:r>
    </w:p>
    <w:p>
      <w:r>
        <w:rPr>
          <w:color w:val="C71585"/>
        </w:rPr>
        <w:t>1. Situación (¿Qué ocurrió?):</w:t>
      </w:r>
    </w:p>
    <w:p/>
    <w:p>
      <w:r>
        <w:rPr>
          <w:color w:val="C71585"/>
        </w:rPr>
        <w:t>2. Emoción principal (¿Qué sentí?):</w:t>
      </w:r>
    </w:p>
    <w:p>
      <w:r>
        <w:rPr>
          <w:color w:val="C71585"/>
        </w:rPr>
        <w:t xml:space="preserve">   ☐ Ansiedad   ☐ Tristeza   ☐ Culpa   ☐ Miedo   ☐ Ira   ☐ Vergüenza   ☐ Otra: __________</w:t>
      </w:r>
    </w:p>
    <w:p/>
    <w:p>
      <w:r>
        <w:rPr>
          <w:color w:val="C71585"/>
        </w:rPr>
        <w:t>3. Intensidad (0 a 10):</w:t>
      </w:r>
    </w:p>
    <w:p/>
    <w:p>
      <w:r>
        <w:rPr>
          <w:color w:val="C71585"/>
        </w:rPr>
        <w:t>4. Pensamiento automático (¿Qué pasó por mi cabeza?):</w:t>
      </w:r>
    </w:p>
    <w:p/>
    <w:p>
      <w:r>
        <w:rPr>
          <w:color w:val="C71585"/>
        </w:rPr>
        <w:t>5. Evidencia realista:</w:t>
      </w:r>
    </w:p>
    <w:p>
      <w:r>
        <w:rPr>
          <w:color w:val="C71585"/>
        </w:rPr>
        <w:t xml:space="preserve">   ¿Qué pruebas tengo de que ese pensamiento sea cierto?</w:t>
      </w:r>
    </w:p>
    <w:p>
      <w:r>
        <w:rPr>
          <w:color w:val="C71585"/>
        </w:rPr>
        <w:t xml:space="preserve">   ¿Qué pruebas tengo de que NO es cierto?</w:t>
      </w:r>
    </w:p>
    <w:p/>
    <w:p>
      <w:r>
        <w:rPr>
          <w:color w:val="C71585"/>
        </w:rPr>
        <w:t>6. Razonamiento alternativo:</w:t>
      </w:r>
    </w:p>
    <w:p/>
    <w:p>
      <w:r>
        <w:rPr>
          <w:color w:val="C71585"/>
        </w:rPr>
        <w:t>7. Nueva intensidad emocional (0 a 10):</w:t>
      </w:r>
    </w:p>
    <w:p/>
    <w:p>
      <w:r>
        <w:rPr>
          <w:color w:val="C71585"/>
        </w:rPr>
        <w:t>8. ¿Qué aprendí de este momento?:</w:t>
      </w:r>
    </w:p>
    <w:p/>
    <w:p>
      <w:r>
        <w:rPr>
          <w:color w:val="C71585"/>
        </w:rPr>
        <w:t>9. ¿Qué necesito ahora?</w:t>
      </w:r>
    </w:p>
    <w:p>
      <w:r>
        <w:rPr>
          <w:color w:val="C71585"/>
        </w:rPr>
        <w:t xml:space="preserve">   ☐ Descanso   ☐ Hablar con alguien   ☐ Un abrazo   ☐ Distracción positiva</w:t>
      </w:r>
    </w:p>
    <w:p>
      <w:r>
        <w:rPr>
          <w:color w:val="C71585"/>
        </w:rPr>
        <w:t xml:space="preserve">   ☐ Salir a caminar   ☐ Nada, ya lo procesé   ☐ Otra: __________</w:t>
      </w:r>
    </w:p>
    <w:p>
      <w:r>
        <w:rPr>
          <w:color w:val="C71585"/>
        </w:rPr>
        <w:t>----------------------------------------------------------------------------------------------------</w:t>
      </w:r>
    </w:p>
    <w:p>
      <w:pPr>
        <w:pStyle w:val="Heading1"/>
      </w:pPr>
      <w:r>
        <w:t>DIARIO DE EMOCIONES – TCC  #7</w:t>
      </w:r>
    </w:p>
    <w:p>
      <w:r>
        <w:rPr>
          <w:color w:val="C71585"/>
        </w:rPr>
        <w:t>📅 Fecha:</w:t>
      </w:r>
    </w:p>
    <w:p>
      <w:r>
        <w:rPr>
          <w:color w:val="C71585"/>
        </w:rPr>
        <w:t>🕒 Hora:</w:t>
      </w:r>
    </w:p>
    <w:p>
      <w:r>
        <w:rPr>
          <w:color w:val="C71585"/>
        </w:rPr>
        <w:t>1. Situación (¿Qué ocurrió?):</w:t>
      </w:r>
    </w:p>
    <w:p/>
    <w:p>
      <w:r>
        <w:rPr>
          <w:color w:val="C71585"/>
        </w:rPr>
        <w:t>2. Emoción principal (¿Qué sentí?):</w:t>
      </w:r>
    </w:p>
    <w:p>
      <w:r>
        <w:rPr>
          <w:color w:val="C71585"/>
        </w:rPr>
        <w:t xml:space="preserve">   ☐ Ansiedad   ☐ Tristeza   ☐ Culpa   ☐ Miedo   ☐ Ira   ☐ Vergüenza   ☐ Otra: __________</w:t>
      </w:r>
    </w:p>
    <w:p/>
    <w:p>
      <w:r>
        <w:rPr>
          <w:color w:val="C71585"/>
        </w:rPr>
        <w:t>3. Intensidad (0 a 10):</w:t>
      </w:r>
    </w:p>
    <w:p/>
    <w:p>
      <w:r>
        <w:rPr>
          <w:color w:val="C71585"/>
        </w:rPr>
        <w:t>4. Pensamiento automático (¿Qué pasó por mi cabeza?):</w:t>
      </w:r>
    </w:p>
    <w:p/>
    <w:p>
      <w:r>
        <w:rPr>
          <w:color w:val="C71585"/>
        </w:rPr>
        <w:t>5. Evidencia realista:</w:t>
      </w:r>
    </w:p>
    <w:p>
      <w:r>
        <w:rPr>
          <w:color w:val="C71585"/>
        </w:rPr>
        <w:t xml:space="preserve">   ¿Qué pruebas tengo de que ese pensamiento sea cierto?</w:t>
      </w:r>
    </w:p>
    <w:p>
      <w:r>
        <w:rPr>
          <w:color w:val="C71585"/>
        </w:rPr>
        <w:t xml:space="preserve">   ¿Qué pruebas tengo de que NO es cierto?</w:t>
      </w:r>
    </w:p>
    <w:p/>
    <w:p>
      <w:r>
        <w:rPr>
          <w:color w:val="C71585"/>
        </w:rPr>
        <w:t>6. Razonamiento alternativo:</w:t>
      </w:r>
    </w:p>
    <w:p/>
    <w:p>
      <w:r>
        <w:rPr>
          <w:color w:val="C71585"/>
        </w:rPr>
        <w:t>7. Nueva intensidad emocional (0 a 10):</w:t>
      </w:r>
    </w:p>
    <w:p/>
    <w:p>
      <w:r>
        <w:rPr>
          <w:color w:val="C71585"/>
        </w:rPr>
        <w:t>8. ¿Qué aprendí de este momento?:</w:t>
      </w:r>
    </w:p>
    <w:p/>
    <w:p>
      <w:r>
        <w:rPr>
          <w:color w:val="C71585"/>
        </w:rPr>
        <w:t>9. ¿Qué necesito ahora?</w:t>
      </w:r>
    </w:p>
    <w:p>
      <w:r>
        <w:rPr>
          <w:color w:val="C71585"/>
        </w:rPr>
        <w:t xml:space="preserve">   ☐ Descanso   ☐ Hablar con alguien   ☐ Un abrazo   ☐ Distracción positiva</w:t>
      </w:r>
    </w:p>
    <w:p>
      <w:r>
        <w:rPr>
          <w:color w:val="C71585"/>
        </w:rPr>
        <w:t xml:space="preserve">   ☐ Salir a caminar   ☐ Nada, ya lo procesé   ☐ Otra: __________</w:t>
      </w:r>
    </w:p>
    <w:p>
      <w:r>
        <w:rPr>
          <w:color w:val="C71585"/>
        </w:rPr>
        <w:t>----------------------------------------------------------------------------------------------------</w:t>
      </w:r>
    </w:p>
    <w:p>
      <w:pPr>
        <w:pStyle w:val="Heading1"/>
      </w:pPr>
      <w:r>
        <w:t>DIARIO DE EMOCIONES – TCC  #8</w:t>
      </w:r>
    </w:p>
    <w:p>
      <w:r>
        <w:rPr>
          <w:color w:val="C71585"/>
        </w:rPr>
        <w:t>📅 Fecha:</w:t>
      </w:r>
    </w:p>
    <w:p>
      <w:r>
        <w:rPr>
          <w:color w:val="C71585"/>
        </w:rPr>
        <w:t>🕒 Hora:</w:t>
      </w:r>
    </w:p>
    <w:p>
      <w:r>
        <w:rPr>
          <w:color w:val="C71585"/>
        </w:rPr>
        <w:t>1. Situación (¿Qué ocurrió?):</w:t>
      </w:r>
    </w:p>
    <w:p/>
    <w:p>
      <w:r>
        <w:rPr>
          <w:color w:val="C71585"/>
        </w:rPr>
        <w:t>2. Emoción principal (¿Qué sentí?):</w:t>
      </w:r>
    </w:p>
    <w:p>
      <w:r>
        <w:rPr>
          <w:color w:val="C71585"/>
        </w:rPr>
        <w:t xml:space="preserve">   ☐ Ansiedad   ☐ Tristeza   ☐ Culpa   ☐ Miedo   ☐ Ira   ☐ Vergüenza   ☐ Otra: __________</w:t>
      </w:r>
    </w:p>
    <w:p/>
    <w:p>
      <w:r>
        <w:rPr>
          <w:color w:val="C71585"/>
        </w:rPr>
        <w:t>3. Intensidad (0 a 10):</w:t>
      </w:r>
    </w:p>
    <w:p/>
    <w:p>
      <w:r>
        <w:rPr>
          <w:color w:val="C71585"/>
        </w:rPr>
        <w:t>4. Pensamiento automático (¿Qué pasó por mi cabeza?):</w:t>
      </w:r>
    </w:p>
    <w:p/>
    <w:p>
      <w:r>
        <w:rPr>
          <w:color w:val="C71585"/>
        </w:rPr>
        <w:t>5. Evidencia realista:</w:t>
      </w:r>
    </w:p>
    <w:p>
      <w:r>
        <w:rPr>
          <w:color w:val="C71585"/>
        </w:rPr>
        <w:t xml:space="preserve">   ¿Qué pruebas tengo de que ese pensamiento sea cierto?</w:t>
      </w:r>
    </w:p>
    <w:p>
      <w:r>
        <w:rPr>
          <w:color w:val="C71585"/>
        </w:rPr>
        <w:t xml:space="preserve">   ¿Qué pruebas tengo de que NO es cierto?</w:t>
      </w:r>
    </w:p>
    <w:p/>
    <w:p>
      <w:r>
        <w:rPr>
          <w:color w:val="C71585"/>
        </w:rPr>
        <w:t>6. Razonamiento alternativo:</w:t>
      </w:r>
    </w:p>
    <w:p/>
    <w:p>
      <w:r>
        <w:rPr>
          <w:color w:val="C71585"/>
        </w:rPr>
        <w:t>7. Nueva intensidad emocional (0 a 10):</w:t>
      </w:r>
    </w:p>
    <w:p/>
    <w:p>
      <w:r>
        <w:rPr>
          <w:color w:val="C71585"/>
        </w:rPr>
        <w:t>8. ¿Qué aprendí de este momento?:</w:t>
      </w:r>
    </w:p>
    <w:p/>
    <w:p>
      <w:r>
        <w:rPr>
          <w:color w:val="C71585"/>
        </w:rPr>
        <w:t>9. ¿Qué necesito ahora?</w:t>
      </w:r>
    </w:p>
    <w:p>
      <w:r>
        <w:rPr>
          <w:color w:val="C71585"/>
        </w:rPr>
        <w:t xml:space="preserve">   ☐ Descanso   ☐ Hablar con alguien   ☐ Un abrazo   ☐ Distracción positiva</w:t>
      </w:r>
    </w:p>
    <w:p>
      <w:r>
        <w:rPr>
          <w:color w:val="C71585"/>
        </w:rPr>
        <w:t xml:space="preserve">   ☐ Salir a caminar   ☐ Nada, ya lo procesé   ☐ Otra: __________</w:t>
      </w:r>
    </w:p>
    <w:p>
      <w:r>
        <w:rPr>
          <w:color w:val="C71585"/>
        </w:rPr>
        <w:t>----------------------------------------------------------------------------------------------------</w:t>
      </w:r>
    </w:p>
    <w:p>
      <w:pPr>
        <w:pStyle w:val="Heading1"/>
      </w:pPr>
      <w:r>
        <w:t>DIARIO DE EMOCIONES – TCC  #9</w:t>
      </w:r>
    </w:p>
    <w:p>
      <w:r>
        <w:rPr>
          <w:color w:val="C71585"/>
        </w:rPr>
        <w:t>📅 Fecha:</w:t>
      </w:r>
    </w:p>
    <w:p>
      <w:r>
        <w:rPr>
          <w:color w:val="C71585"/>
        </w:rPr>
        <w:t>🕒 Hora:</w:t>
      </w:r>
    </w:p>
    <w:p>
      <w:r>
        <w:rPr>
          <w:color w:val="C71585"/>
        </w:rPr>
        <w:t>1. Situación (¿Qué ocurrió?):</w:t>
      </w:r>
    </w:p>
    <w:p/>
    <w:p>
      <w:r>
        <w:rPr>
          <w:color w:val="C71585"/>
        </w:rPr>
        <w:t>2. Emoción principal (¿Qué sentí?):</w:t>
      </w:r>
    </w:p>
    <w:p>
      <w:r>
        <w:rPr>
          <w:color w:val="C71585"/>
        </w:rPr>
        <w:t xml:space="preserve">   ☐ Ansiedad   ☐ Tristeza   ☐ Culpa   ☐ Miedo   ☐ Ira   ☐ Vergüenza   ☐ Otra: __________</w:t>
      </w:r>
    </w:p>
    <w:p/>
    <w:p>
      <w:r>
        <w:rPr>
          <w:color w:val="C71585"/>
        </w:rPr>
        <w:t>3. Intensidad (0 a 10):</w:t>
      </w:r>
    </w:p>
    <w:p/>
    <w:p>
      <w:r>
        <w:rPr>
          <w:color w:val="C71585"/>
        </w:rPr>
        <w:t>4. Pensamiento automático (¿Qué pasó por mi cabeza?):</w:t>
      </w:r>
    </w:p>
    <w:p/>
    <w:p>
      <w:r>
        <w:rPr>
          <w:color w:val="C71585"/>
        </w:rPr>
        <w:t>5. Evidencia realista:</w:t>
      </w:r>
    </w:p>
    <w:p>
      <w:r>
        <w:rPr>
          <w:color w:val="C71585"/>
        </w:rPr>
        <w:t xml:space="preserve">   ¿Qué pruebas tengo de que ese pensamiento sea cierto?</w:t>
      </w:r>
    </w:p>
    <w:p>
      <w:r>
        <w:rPr>
          <w:color w:val="C71585"/>
        </w:rPr>
        <w:t xml:space="preserve">   ¿Qué pruebas tengo de que NO es cierto?</w:t>
      </w:r>
    </w:p>
    <w:p/>
    <w:p>
      <w:r>
        <w:rPr>
          <w:color w:val="C71585"/>
        </w:rPr>
        <w:t>6. Razonamiento alternativo:</w:t>
      </w:r>
    </w:p>
    <w:p/>
    <w:p>
      <w:r>
        <w:rPr>
          <w:color w:val="C71585"/>
        </w:rPr>
        <w:t>7. Nueva intensidad emocional (0 a 10):</w:t>
      </w:r>
    </w:p>
    <w:p/>
    <w:p>
      <w:r>
        <w:rPr>
          <w:color w:val="C71585"/>
        </w:rPr>
        <w:t>8. ¿Qué aprendí de este momento?:</w:t>
      </w:r>
    </w:p>
    <w:p/>
    <w:p>
      <w:r>
        <w:rPr>
          <w:color w:val="C71585"/>
        </w:rPr>
        <w:t>9. ¿Qué necesito ahora?</w:t>
      </w:r>
    </w:p>
    <w:p>
      <w:r>
        <w:rPr>
          <w:color w:val="C71585"/>
        </w:rPr>
        <w:t xml:space="preserve">   ☐ Descanso   ☐ Hablar con alguien   ☐ Un abrazo   ☐ Distracción positiva</w:t>
      </w:r>
    </w:p>
    <w:p>
      <w:r>
        <w:rPr>
          <w:color w:val="C71585"/>
        </w:rPr>
        <w:t xml:space="preserve">   ☐ Salir a caminar   ☐ Nada, ya lo procesé   ☐ Otra: __________</w:t>
      </w:r>
    </w:p>
    <w:p>
      <w:r>
        <w:rPr>
          <w:color w:val="C71585"/>
        </w:rPr>
        <w:t>----------------------------------------------------------------------------------------------------</w:t>
      </w:r>
    </w:p>
    <w:p>
      <w:pPr>
        <w:pStyle w:val="Heading1"/>
      </w:pPr>
      <w:r>
        <w:t>DIARIO DE EMOCIONES – TCC  #10</w:t>
      </w:r>
    </w:p>
    <w:p>
      <w:r>
        <w:rPr>
          <w:color w:val="C71585"/>
        </w:rPr>
        <w:t>📅 Fecha:</w:t>
      </w:r>
    </w:p>
    <w:p>
      <w:r>
        <w:rPr>
          <w:color w:val="C71585"/>
        </w:rPr>
        <w:t>🕒 Hora:</w:t>
      </w:r>
    </w:p>
    <w:p>
      <w:r>
        <w:rPr>
          <w:color w:val="C71585"/>
        </w:rPr>
        <w:t>1. Situación (¿Qué ocurrió?):</w:t>
      </w:r>
    </w:p>
    <w:p/>
    <w:p>
      <w:r>
        <w:rPr>
          <w:color w:val="C71585"/>
        </w:rPr>
        <w:t>2. Emoción principal (¿Qué sentí?):</w:t>
      </w:r>
    </w:p>
    <w:p>
      <w:r>
        <w:rPr>
          <w:color w:val="C71585"/>
        </w:rPr>
        <w:t xml:space="preserve">   ☐ Ansiedad   ☐ Tristeza   ☐ Culpa   ☐ Miedo   ☐ Ira   ☐ Vergüenza   ☐ Otra: __________</w:t>
      </w:r>
    </w:p>
    <w:p/>
    <w:p>
      <w:r>
        <w:rPr>
          <w:color w:val="C71585"/>
        </w:rPr>
        <w:t>3. Intensidad (0 a 10):</w:t>
      </w:r>
    </w:p>
    <w:p/>
    <w:p>
      <w:r>
        <w:rPr>
          <w:color w:val="C71585"/>
        </w:rPr>
        <w:t>4. Pensamiento automático (¿Qué pasó por mi cabeza?):</w:t>
      </w:r>
    </w:p>
    <w:p/>
    <w:p>
      <w:r>
        <w:rPr>
          <w:color w:val="C71585"/>
        </w:rPr>
        <w:t>5. Evidencia realista:</w:t>
      </w:r>
    </w:p>
    <w:p>
      <w:r>
        <w:rPr>
          <w:color w:val="C71585"/>
        </w:rPr>
        <w:t xml:space="preserve">   ¿Qué pruebas tengo de que ese pensamiento sea cierto?</w:t>
      </w:r>
    </w:p>
    <w:p>
      <w:r>
        <w:rPr>
          <w:color w:val="C71585"/>
        </w:rPr>
        <w:t xml:space="preserve">   ¿Qué pruebas tengo de que NO es cierto?</w:t>
      </w:r>
    </w:p>
    <w:p/>
    <w:p>
      <w:r>
        <w:rPr>
          <w:color w:val="C71585"/>
        </w:rPr>
        <w:t>6. Razonamiento alternativo:</w:t>
      </w:r>
    </w:p>
    <w:p/>
    <w:p>
      <w:r>
        <w:rPr>
          <w:color w:val="C71585"/>
        </w:rPr>
        <w:t>7. Nueva intensidad emocional (0 a 10):</w:t>
      </w:r>
    </w:p>
    <w:p/>
    <w:p>
      <w:r>
        <w:rPr>
          <w:color w:val="C71585"/>
        </w:rPr>
        <w:t>8. ¿Qué aprendí de este momento?:</w:t>
      </w:r>
    </w:p>
    <w:p/>
    <w:p>
      <w:r>
        <w:rPr>
          <w:color w:val="C71585"/>
        </w:rPr>
        <w:t>9. ¿Qué necesito ahora?</w:t>
      </w:r>
    </w:p>
    <w:p>
      <w:r>
        <w:rPr>
          <w:color w:val="C71585"/>
        </w:rPr>
        <w:t xml:space="preserve">   ☐ Descanso   ☐ Hablar con alguien   ☐ Un abrazo   ☐ Distracción positiva</w:t>
      </w:r>
    </w:p>
    <w:p>
      <w:r>
        <w:rPr>
          <w:color w:val="C71585"/>
        </w:rPr>
        <w:t xml:space="preserve">   ☐ Salir a caminar   ☐ Nada, ya lo procesé   ☐ Otra: __________</w:t>
      </w:r>
    </w:p>
    <w:p>
      <w:r>
        <w:rPr>
          <w:color w:val="C71585"/>
        </w:rPr>
        <w:t>----------------------------------------------------------------------------------------------------</w:t>
      </w:r>
    </w:p>
    <w:p>
      <w:pPr>
        <w:pStyle w:val="Heading1"/>
      </w:pPr>
      <w:r>
        <w:t>DIARIO DE EMOCIONES – TCC  #11</w:t>
      </w:r>
    </w:p>
    <w:p>
      <w:r>
        <w:rPr>
          <w:color w:val="C71585"/>
        </w:rPr>
        <w:t>📅 Fecha:</w:t>
      </w:r>
    </w:p>
    <w:p>
      <w:r>
        <w:rPr>
          <w:color w:val="C71585"/>
        </w:rPr>
        <w:t>🕒 Hora:</w:t>
      </w:r>
    </w:p>
    <w:p>
      <w:r>
        <w:rPr>
          <w:color w:val="C71585"/>
        </w:rPr>
        <w:t>1. Situación (¿Qué ocurrió?):</w:t>
      </w:r>
    </w:p>
    <w:p/>
    <w:p>
      <w:r>
        <w:rPr>
          <w:color w:val="C71585"/>
        </w:rPr>
        <w:t>2. Emoción principal (¿Qué sentí?):</w:t>
      </w:r>
    </w:p>
    <w:p>
      <w:r>
        <w:rPr>
          <w:color w:val="C71585"/>
        </w:rPr>
        <w:t xml:space="preserve">   ☐ Ansiedad   ☐ Tristeza   ☐ Culpa   ☐ Miedo   ☐ Ira   ☐ Vergüenza   ☐ Otra: __________</w:t>
      </w:r>
    </w:p>
    <w:p/>
    <w:p>
      <w:r>
        <w:rPr>
          <w:color w:val="C71585"/>
        </w:rPr>
        <w:t>3. Intensidad (0 a 10):</w:t>
      </w:r>
    </w:p>
    <w:p/>
    <w:p>
      <w:r>
        <w:rPr>
          <w:color w:val="C71585"/>
        </w:rPr>
        <w:t>4. Pensamiento automático (¿Qué pasó por mi cabeza?):</w:t>
      </w:r>
    </w:p>
    <w:p/>
    <w:p>
      <w:r>
        <w:rPr>
          <w:color w:val="C71585"/>
        </w:rPr>
        <w:t>5. Evidencia realista:</w:t>
      </w:r>
    </w:p>
    <w:p>
      <w:r>
        <w:rPr>
          <w:color w:val="C71585"/>
        </w:rPr>
        <w:t xml:space="preserve">   ¿Qué pruebas tengo de que ese pensamiento sea cierto?</w:t>
      </w:r>
    </w:p>
    <w:p>
      <w:r>
        <w:rPr>
          <w:color w:val="C71585"/>
        </w:rPr>
        <w:t xml:space="preserve">   ¿Qué pruebas tengo de que NO es cierto?</w:t>
      </w:r>
    </w:p>
    <w:p/>
    <w:p>
      <w:r>
        <w:rPr>
          <w:color w:val="C71585"/>
        </w:rPr>
        <w:t>6. Razonamiento alternativo:</w:t>
      </w:r>
    </w:p>
    <w:p/>
    <w:p>
      <w:r>
        <w:rPr>
          <w:color w:val="C71585"/>
        </w:rPr>
        <w:t>7. Nueva intensidad emocional (0 a 10):</w:t>
      </w:r>
    </w:p>
    <w:p/>
    <w:p>
      <w:r>
        <w:rPr>
          <w:color w:val="C71585"/>
        </w:rPr>
        <w:t>8. ¿Qué aprendí de este momento?:</w:t>
      </w:r>
    </w:p>
    <w:p/>
    <w:p>
      <w:r>
        <w:rPr>
          <w:color w:val="C71585"/>
        </w:rPr>
        <w:t>9. ¿Qué necesito ahora?</w:t>
      </w:r>
    </w:p>
    <w:p>
      <w:r>
        <w:rPr>
          <w:color w:val="C71585"/>
        </w:rPr>
        <w:t xml:space="preserve">   ☐ Descanso   ☐ Hablar con alguien   ☐ Un abrazo   ☐ Distracción positiva</w:t>
      </w:r>
    </w:p>
    <w:p>
      <w:r>
        <w:rPr>
          <w:color w:val="C71585"/>
        </w:rPr>
        <w:t xml:space="preserve">   ☐ Salir a caminar   ☐ Nada, ya lo procesé   ☐ Otra: __________</w:t>
      </w:r>
    </w:p>
    <w:p>
      <w:r>
        <w:rPr>
          <w:color w:val="C71585"/>
        </w:rPr>
        <w:t>----------------------------------------------------------------------------------------------------</w:t>
      </w:r>
    </w:p>
    <w:p>
      <w:pPr>
        <w:pStyle w:val="Heading1"/>
      </w:pPr>
      <w:r>
        <w:t>DIARIO DE EMOCIONES – TCC  #12</w:t>
      </w:r>
    </w:p>
    <w:p>
      <w:r>
        <w:rPr>
          <w:color w:val="C71585"/>
        </w:rPr>
        <w:t>📅 Fecha:</w:t>
      </w:r>
    </w:p>
    <w:p>
      <w:r>
        <w:rPr>
          <w:color w:val="C71585"/>
        </w:rPr>
        <w:t>🕒 Hora:</w:t>
      </w:r>
    </w:p>
    <w:p>
      <w:r>
        <w:rPr>
          <w:color w:val="C71585"/>
        </w:rPr>
        <w:t>1. Situación (¿Qué ocurrió?):</w:t>
      </w:r>
    </w:p>
    <w:p/>
    <w:p>
      <w:r>
        <w:rPr>
          <w:color w:val="C71585"/>
        </w:rPr>
        <w:t>2. Emoción principal (¿Qué sentí?):</w:t>
      </w:r>
    </w:p>
    <w:p>
      <w:r>
        <w:rPr>
          <w:color w:val="C71585"/>
        </w:rPr>
        <w:t xml:space="preserve">   ☐ Ansiedad   ☐ Tristeza   ☐ Culpa   ☐ Miedo   ☐ Ira   ☐ Vergüenza   ☐ Otra: __________</w:t>
      </w:r>
    </w:p>
    <w:p/>
    <w:p>
      <w:r>
        <w:rPr>
          <w:color w:val="C71585"/>
        </w:rPr>
        <w:t>3. Intensidad (0 a 10):</w:t>
      </w:r>
    </w:p>
    <w:p/>
    <w:p>
      <w:r>
        <w:rPr>
          <w:color w:val="C71585"/>
        </w:rPr>
        <w:t>4. Pensamiento automático (¿Qué pasó por mi cabeza?):</w:t>
      </w:r>
    </w:p>
    <w:p/>
    <w:p>
      <w:r>
        <w:rPr>
          <w:color w:val="C71585"/>
        </w:rPr>
        <w:t>5. Evidencia realista:</w:t>
      </w:r>
    </w:p>
    <w:p>
      <w:r>
        <w:rPr>
          <w:color w:val="C71585"/>
        </w:rPr>
        <w:t xml:space="preserve">   ¿Qué pruebas tengo de que ese pensamiento sea cierto?</w:t>
      </w:r>
    </w:p>
    <w:p>
      <w:r>
        <w:rPr>
          <w:color w:val="C71585"/>
        </w:rPr>
        <w:t xml:space="preserve">   ¿Qué pruebas tengo de que NO es cierto?</w:t>
      </w:r>
    </w:p>
    <w:p/>
    <w:p>
      <w:r>
        <w:rPr>
          <w:color w:val="C71585"/>
        </w:rPr>
        <w:t>6. Razonamiento alternativo:</w:t>
      </w:r>
    </w:p>
    <w:p/>
    <w:p>
      <w:r>
        <w:rPr>
          <w:color w:val="C71585"/>
        </w:rPr>
        <w:t>7. Nueva intensidad emocional (0 a 10):</w:t>
      </w:r>
    </w:p>
    <w:p/>
    <w:p>
      <w:r>
        <w:rPr>
          <w:color w:val="C71585"/>
        </w:rPr>
        <w:t>8. ¿Qué aprendí de este momento?:</w:t>
      </w:r>
    </w:p>
    <w:p/>
    <w:p>
      <w:r>
        <w:rPr>
          <w:color w:val="C71585"/>
        </w:rPr>
        <w:t>9. ¿Qué necesito ahora?</w:t>
      </w:r>
    </w:p>
    <w:p>
      <w:r>
        <w:rPr>
          <w:color w:val="C71585"/>
        </w:rPr>
        <w:t xml:space="preserve">   ☐ Descanso   ☐ Hablar con alguien   ☐ Un abrazo   ☐ Distracción positiva</w:t>
      </w:r>
    </w:p>
    <w:p>
      <w:r>
        <w:rPr>
          <w:color w:val="C71585"/>
        </w:rPr>
        <w:t xml:space="preserve">   ☐ Salir a caminar   ☐ Nada, ya lo procesé   ☐ Otra: __________</w:t>
      </w:r>
    </w:p>
    <w:p>
      <w:r>
        <w:rPr>
          <w:color w:val="C71585"/>
        </w:rPr>
        <w:t>----------------------------------------------------------------------------------------------------</w:t>
      </w:r>
    </w:p>
    <w:p>
      <w:pPr>
        <w:pStyle w:val="Heading1"/>
      </w:pPr>
      <w:r>
        <w:t>DIARIO DE EMOCIONES – TCC  #13</w:t>
      </w:r>
    </w:p>
    <w:p>
      <w:r>
        <w:rPr>
          <w:color w:val="C71585"/>
        </w:rPr>
        <w:t>📅 Fecha:</w:t>
      </w:r>
    </w:p>
    <w:p>
      <w:r>
        <w:rPr>
          <w:color w:val="C71585"/>
        </w:rPr>
        <w:t>🕒 Hora:</w:t>
      </w:r>
    </w:p>
    <w:p>
      <w:r>
        <w:rPr>
          <w:color w:val="C71585"/>
        </w:rPr>
        <w:t>1. Situación (¿Qué ocurrió?):</w:t>
      </w:r>
    </w:p>
    <w:p/>
    <w:p>
      <w:r>
        <w:rPr>
          <w:color w:val="C71585"/>
        </w:rPr>
        <w:t>2. Emoción principal (¿Qué sentí?):</w:t>
      </w:r>
    </w:p>
    <w:p>
      <w:r>
        <w:rPr>
          <w:color w:val="C71585"/>
        </w:rPr>
        <w:t xml:space="preserve">   ☐ Ansiedad   ☐ Tristeza   ☐ Culpa   ☐ Miedo   ☐ Ira   ☐ Vergüenza   ☐ Otra: __________</w:t>
      </w:r>
    </w:p>
    <w:p/>
    <w:p>
      <w:r>
        <w:rPr>
          <w:color w:val="C71585"/>
        </w:rPr>
        <w:t>3. Intensidad (0 a 10):</w:t>
      </w:r>
    </w:p>
    <w:p/>
    <w:p>
      <w:r>
        <w:rPr>
          <w:color w:val="C71585"/>
        </w:rPr>
        <w:t>4. Pensamiento automático (¿Qué pasó por mi cabeza?):</w:t>
      </w:r>
    </w:p>
    <w:p/>
    <w:p>
      <w:r>
        <w:rPr>
          <w:color w:val="C71585"/>
        </w:rPr>
        <w:t>5. Evidencia realista:</w:t>
      </w:r>
    </w:p>
    <w:p>
      <w:r>
        <w:rPr>
          <w:color w:val="C71585"/>
        </w:rPr>
        <w:t xml:space="preserve">   ¿Qué pruebas tengo de que ese pensamiento sea cierto?</w:t>
      </w:r>
    </w:p>
    <w:p>
      <w:r>
        <w:rPr>
          <w:color w:val="C71585"/>
        </w:rPr>
        <w:t xml:space="preserve">   ¿Qué pruebas tengo de que NO es cierto?</w:t>
      </w:r>
    </w:p>
    <w:p/>
    <w:p>
      <w:r>
        <w:rPr>
          <w:color w:val="C71585"/>
        </w:rPr>
        <w:t>6. Razonamiento alternativo:</w:t>
      </w:r>
    </w:p>
    <w:p/>
    <w:p>
      <w:r>
        <w:rPr>
          <w:color w:val="C71585"/>
        </w:rPr>
        <w:t>7. Nueva intensidad emocional (0 a 10):</w:t>
      </w:r>
    </w:p>
    <w:p/>
    <w:p>
      <w:r>
        <w:rPr>
          <w:color w:val="C71585"/>
        </w:rPr>
        <w:t>8. ¿Qué aprendí de este momento?:</w:t>
      </w:r>
    </w:p>
    <w:p/>
    <w:p>
      <w:r>
        <w:rPr>
          <w:color w:val="C71585"/>
        </w:rPr>
        <w:t>9. ¿Qué necesito ahora?</w:t>
      </w:r>
    </w:p>
    <w:p>
      <w:r>
        <w:rPr>
          <w:color w:val="C71585"/>
        </w:rPr>
        <w:t xml:space="preserve">   ☐ Descanso   ☐ Hablar con alguien   ☐ Un abrazo   ☐ Distracción positiva</w:t>
      </w:r>
    </w:p>
    <w:p>
      <w:r>
        <w:rPr>
          <w:color w:val="C71585"/>
        </w:rPr>
        <w:t xml:space="preserve">   ☐ Salir a caminar   ☐ Nada, ya lo procesé   ☐ Otra: __________</w:t>
      </w:r>
    </w:p>
    <w:p>
      <w:r>
        <w:rPr>
          <w:color w:val="C71585"/>
        </w:rPr>
        <w:t>----------------------------------------------------------------------------------------------------</w:t>
      </w:r>
    </w:p>
    <w:p>
      <w:pPr>
        <w:pStyle w:val="Heading1"/>
      </w:pPr>
      <w:r>
        <w:t>DIARIO DE EMOCIONES – TCC  #14</w:t>
      </w:r>
    </w:p>
    <w:p>
      <w:r>
        <w:rPr>
          <w:color w:val="C71585"/>
        </w:rPr>
        <w:t>📅 Fecha:</w:t>
      </w:r>
    </w:p>
    <w:p>
      <w:r>
        <w:rPr>
          <w:color w:val="C71585"/>
        </w:rPr>
        <w:t>🕒 Hora:</w:t>
      </w:r>
    </w:p>
    <w:p>
      <w:r>
        <w:rPr>
          <w:color w:val="C71585"/>
        </w:rPr>
        <w:t>1. Situación (¿Qué ocurrió?):</w:t>
      </w:r>
    </w:p>
    <w:p/>
    <w:p>
      <w:r>
        <w:rPr>
          <w:color w:val="C71585"/>
        </w:rPr>
        <w:t>2. Emoción principal (¿Qué sentí?):</w:t>
      </w:r>
    </w:p>
    <w:p>
      <w:r>
        <w:rPr>
          <w:color w:val="C71585"/>
        </w:rPr>
        <w:t xml:space="preserve">   ☐ Ansiedad   ☐ Tristeza   ☐ Culpa   ☐ Miedo   ☐ Ira   ☐ Vergüenza   ☐ Otra: __________</w:t>
      </w:r>
    </w:p>
    <w:p/>
    <w:p>
      <w:r>
        <w:rPr>
          <w:color w:val="C71585"/>
        </w:rPr>
        <w:t>3. Intensidad (0 a 10):</w:t>
      </w:r>
    </w:p>
    <w:p/>
    <w:p>
      <w:r>
        <w:rPr>
          <w:color w:val="C71585"/>
        </w:rPr>
        <w:t>4. Pensamiento automático (¿Qué pasó por mi cabeza?):</w:t>
      </w:r>
    </w:p>
    <w:p/>
    <w:p>
      <w:r>
        <w:rPr>
          <w:color w:val="C71585"/>
        </w:rPr>
        <w:t>5. Evidencia realista:</w:t>
      </w:r>
    </w:p>
    <w:p>
      <w:r>
        <w:rPr>
          <w:color w:val="C71585"/>
        </w:rPr>
        <w:t xml:space="preserve">   ¿Qué pruebas tengo de que ese pensamiento sea cierto?</w:t>
      </w:r>
    </w:p>
    <w:p>
      <w:r>
        <w:rPr>
          <w:color w:val="C71585"/>
        </w:rPr>
        <w:t xml:space="preserve">   ¿Qué pruebas tengo de que NO es cierto?</w:t>
      </w:r>
    </w:p>
    <w:p/>
    <w:p>
      <w:r>
        <w:rPr>
          <w:color w:val="C71585"/>
        </w:rPr>
        <w:t>6. Razonamiento alternativo:</w:t>
      </w:r>
    </w:p>
    <w:p/>
    <w:p>
      <w:r>
        <w:rPr>
          <w:color w:val="C71585"/>
        </w:rPr>
        <w:t>7. Nueva intensidad emocional (0 a 10):</w:t>
      </w:r>
    </w:p>
    <w:p/>
    <w:p>
      <w:r>
        <w:rPr>
          <w:color w:val="C71585"/>
        </w:rPr>
        <w:t>8. ¿Qué aprendí de este momento?:</w:t>
      </w:r>
    </w:p>
    <w:p/>
    <w:p>
      <w:r>
        <w:rPr>
          <w:color w:val="C71585"/>
        </w:rPr>
        <w:t>9. ¿Qué necesito ahora?</w:t>
      </w:r>
    </w:p>
    <w:p>
      <w:r>
        <w:rPr>
          <w:color w:val="C71585"/>
        </w:rPr>
        <w:t xml:space="preserve">   ☐ Descanso   ☐ Hablar con alguien   ☐ Un abrazo   ☐ Distracción positiva</w:t>
      </w:r>
    </w:p>
    <w:p>
      <w:r>
        <w:rPr>
          <w:color w:val="C71585"/>
        </w:rPr>
        <w:t xml:space="preserve">   ☐ Salir a caminar   ☐ Nada, ya lo procesé   ☐ Otra: __________</w:t>
      </w:r>
    </w:p>
    <w:p>
      <w:r>
        <w:rPr>
          <w:color w:val="C71585"/>
        </w:rPr>
        <w:t>----------------------------------------------------------------------------------------------------</w:t>
      </w:r>
    </w:p>
    <w:p>
      <w:pPr>
        <w:pStyle w:val="Heading1"/>
      </w:pPr>
      <w:r>
        <w:t>DIARIO DE EMOCIONES – TCC  #15</w:t>
      </w:r>
    </w:p>
    <w:p>
      <w:r>
        <w:rPr>
          <w:color w:val="C71585"/>
        </w:rPr>
        <w:t>📅 Fecha:</w:t>
      </w:r>
    </w:p>
    <w:p>
      <w:r>
        <w:rPr>
          <w:color w:val="C71585"/>
        </w:rPr>
        <w:t>🕒 Hora:</w:t>
      </w:r>
    </w:p>
    <w:p>
      <w:r>
        <w:rPr>
          <w:color w:val="C71585"/>
        </w:rPr>
        <w:t>1. Situación (¿Qué ocurrió?):</w:t>
      </w:r>
    </w:p>
    <w:p/>
    <w:p>
      <w:r>
        <w:rPr>
          <w:color w:val="C71585"/>
        </w:rPr>
        <w:t>2. Emoción principal (¿Qué sentí?):</w:t>
      </w:r>
    </w:p>
    <w:p>
      <w:r>
        <w:rPr>
          <w:color w:val="C71585"/>
        </w:rPr>
        <w:t xml:space="preserve">   ☐ Ansiedad   ☐ Tristeza   ☐ Culpa   ☐ Miedo   ☐ Ira   ☐ Vergüenza   ☐ Otra: __________</w:t>
      </w:r>
    </w:p>
    <w:p/>
    <w:p>
      <w:r>
        <w:rPr>
          <w:color w:val="C71585"/>
        </w:rPr>
        <w:t>3. Intensidad (0 a 10):</w:t>
      </w:r>
    </w:p>
    <w:p/>
    <w:p>
      <w:r>
        <w:rPr>
          <w:color w:val="C71585"/>
        </w:rPr>
        <w:t>4. Pensamiento automático (¿Qué pasó por mi cabeza?):</w:t>
      </w:r>
    </w:p>
    <w:p/>
    <w:p>
      <w:r>
        <w:rPr>
          <w:color w:val="C71585"/>
        </w:rPr>
        <w:t>5. Evidencia realista:</w:t>
      </w:r>
    </w:p>
    <w:p>
      <w:r>
        <w:rPr>
          <w:color w:val="C71585"/>
        </w:rPr>
        <w:t xml:space="preserve">   ¿Qué pruebas tengo de que ese pensamiento sea cierto?</w:t>
      </w:r>
    </w:p>
    <w:p>
      <w:r>
        <w:rPr>
          <w:color w:val="C71585"/>
        </w:rPr>
        <w:t xml:space="preserve">   ¿Qué pruebas tengo de que NO es cierto?</w:t>
      </w:r>
    </w:p>
    <w:p/>
    <w:p>
      <w:r>
        <w:rPr>
          <w:color w:val="C71585"/>
        </w:rPr>
        <w:t>6. Razonamiento alternativo:</w:t>
      </w:r>
    </w:p>
    <w:p/>
    <w:p>
      <w:r>
        <w:rPr>
          <w:color w:val="C71585"/>
        </w:rPr>
        <w:t>7. Nueva intensidad emocional (0 a 10):</w:t>
      </w:r>
    </w:p>
    <w:p/>
    <w:p>
      <w:r>
        <w:rPr>
          <w:color w:val="C71585"/>
        </w:rPr>
        <w:t>8. ¿Qué aprendí de este momento?:</w:t>
      </w:r>
    </w:p>
    <w:p/>
    <w:p>
      <w:r>
        <w:rPr>
          <w:color w:val="C71585"/>
        </w:rPr>
        <w:t>9. ¿Qué necesito ahora?</w:t>
      </w:r>
    </w:p>
    <w:p>
      <w:r>
        <w:rPr>
          <w:color w:val="C71585"/>
        </w:rPr>
        <w:t xml:space="preserve">   ☐ Descanso   ☐ Hablar con alguien   ☐ Un abrazo   ☐ Distracción positiva</w:t>
      </w:r>
    </w:p>
    <w:p>
      <w:r>
        <w:rPr>
          <w:color w:val="C71585"/>
        </w:rPr>
        <w:t xml:space="preserve">   ☐ Salir a caminar   ☐ Nada, ya lo procesé   ☐ Otra: __________</w:t>
      </w:r>
    </w:p>
    <w:p>
      <w:r>
        <w:rPr>
          <w:color w:val="C71585"/>
        </w:rPr>
        <w:t>----------------------------------------------------------------------------------------------------</w:t>
      </w:r>
    </w:p>
    <w:p>
      <w:pPr>
        <w:pStyle w:val="Heading1"/>
      </w:pPr>
      <w:r>
        <w:t>DIARIO DE EMOCIONES – TCC  #16</w:t>
      </w:r>
    </w:p>
    <w:p>
      <w:r>
        <w:rPr>
          <w:color w:val="C71585"/>
        </w:rPr>
        <w:t>📅 Fecha:</w:t>
      </w:r>
    </w:p>
    <w:p>
      <w:r>
        <w:rPr>
          <w:color w:val="C71585"/>
        </w:rPr>
        <w:t>🕒 Hora:</w:t>
      </w:r>
    </w:p>
    <w:p>
      <w:r>
        <w:rPr>
          <w:color w:val="C71585"/>
        </w:rPr>
        <w:t>1. Situación (¿Qué ocurrió?):</w:t>
      </w:r>
    </w:p>
    <w:p/>
    <w:p>
      <w:r>
        <w:rPr>
          <w:color w:val="C71585"/>
        </w:rPr>
        <w:t>2. Emoción principal (¿Qué sentí?):</w:t>
      </w:r>
    </w:p>
    <w:p>
      <w:r>
        <w:rPr>
          <w:color w:val="C71585"/>
        </w:rPr>
        <w:t xml:space="preserve">   ☐ Ansiedad   ☐ Tristeza   ☐ Culpa   ☐ Miedo   ☐ Ira   ☐ Vergüenza   ☐ Otra: __________</w:t>
      </w:r>
    </w:p>
    <w:p/>
    <w:p>
      <w:r>
        <w:rPr>
          <w:color w:val="C71585"/>
        </w:rPr>
        <w:t>3. Intensidad (0 a 10):</w:t>
      </w:r>
    </w:p>
    <w:p/>
    <w:p>
      <w:r>
        <w:rPr>
          <w:color w:val="C71585"/>
        </w:rPr>
        <w:t>4. Pensamiento automático (¿Qué pasó por mi cabeza?):</w:t>
      </w:r>
    </w:p>
    <w:p/>
    <w:p>
      <w:r>
        <w:rPr>
          <w:color w:val="C71585"/>
        </w:rPr>
        <w:t>5. Evidencia realista:</w:t>
      </w:r>
    </w:p>
    <w:p>
      <w:r>
        <w:rPr>
          <w:color w:val="C71585"/>
        </w:rPr>
        <w:t xml:space="preserve">   ¿Qué pruebas tengo de que ese pensamiento sea cierto?</w:t>
      </w:r>
    </w:p>
    <w:p>
      <w:r>
        <w:rPr>
          <w:color w:val="C71585"/>
        </w:rPr>
        <w:t xml:space="preserve">   ¿Qué pruebas tengo de que NO es cierto?</w:t>
      </w:r>
    </w:p>
    <w:p/>
    <w:p>
      <w:r>
        <w:rPr>
          <w:color w:val="C71585"/>
        </w:rPr>
        <w:t>6. Razonamiento alternativo:</w:t>
      </w:r>
    </w:p>
    <w:p/>
    <w:p>
      <w:r>
        <w:rPr>
          <w:color w:val="C71585"/>
        </w:rPr>
        <w:t>7. Nueva intensidad emocional (0 a 10):</w:t>
      </w:r>
    </w:p>
    <w:p/>
    <w:p>
      <w:r>
        <w:rPr>
          <w:color w:val="C71585"/>
        </w:rPr>
        <w:t>8. ¿Qué aprendí de este momento?:</w:t>
      </w:r>
    </w:p>
    <w:p/>
    <w:p>
      <w:r>
        <w:rPr>
          <w:color w:val="C71585"/>
        </w:rPr>
        <w:t>9. ¿Qué necesito ahora?</w:t>
      </w:r>
    </w:p>
    <w:p>
      <w:r>
        <w:rPr>
          <w:color w:val="C71585"/>
        </w:rPr>
        <w:t xml:space="preserve">   ☐ Descanso   ☐ Hablar con alguien   ☐ Un abrazo   ☐ Distracción positiva</w:t>
      </w:r>
    </w:p>
    <w:p>
      <w:r>
        <w:rPr>
          <w:color w:val="C71585"/>
        </w:rPr>
        <w:t xml:space="preserve">   ☐ Salir a caminar   ☐ Nada, ya lo procesé   ☐ Otra: __________</w:t>
      </w:r>
    </w:p>
    <w:p>
      <w:r>
        <w:rPr>
          <w:color w:val="C71585"/>
        </w:rPr>
        <w:t>----------------------------------------------------------------------------------------------------</w:t>
      </w:r>
    </w:p>
    <w:p>
      <w:pPr>
        <w:pStyle w:val="Heading1"/>
      </w:pPr>
      <w:r>
        <w:t>DIARIO DE EMOCIONES – TCC  #17</w:t>
      </w:r>
    </w:p>
    <w:p>
      <w:r>
        <w:rPr>
          <w:color w:val="C71585"/>
        </w:rPr>
        <w:t>📅 Fecha:</w:t>
      </w:r>
    </w:p>
    <w:p>
      <w:r>
        <w:rPr>
          <w:color w:val="C71585"/>
        </w:rPr>
        <w:t>🕒 Hora:</w:t>
      </w:r>
    </w:p>
    <w:p>
      <w:r>
        <w:rPr>
          <w:color w:val="C71585"/>
        </w:rPr>
        <w:t>1. Situación (¿Qué ocurrió?):</w:t>
      </w:r>
    </w:p>
    <w:p/>
    <w:p>
      <w:r>
        <w:rPr>
          <w:color w:val="C71585"/>
        </w:rPr>
        <w:t>2. Emoción principal (¿Qué sentí?):</w:t>
      </w:r>
    </w:p>
    <w:p>
      <w:r>
        <w:rPr>
          <w:color w:val="C71585"/>
        </w:rPr>
        <w:t xml:space="preserve">   ☐ Ansiedad   ☐ Tristeza   ☐ Culpa   ☐ Miedo   ☐ Ira   ☐ Vergüenza   ☐ Otra: __________</w:t>
      </w:r>
    </w:p>
    <w:p/>
    <w:p>
      <w:r>
        <w:rPr>
          <w:color w:val="C71585"/>
        </w:rPr>
        <w:t>3. Intensidad (0 a 10):</w:t>
      </w:r>
    </w:p>
    <w:p/>
    <w:p>
      <w:r>
        <w:rPr>
          <w:color w:val="C71585"/>
        </w:rPr>
        <w:t>4. Pensamiento automático (¿Qué pasó por mi cabeza?):</w:t>
      </w:r>
    </w:p>
    <w:p/>
    <w:p>
      <w:r>
        <w:rPr>
          <w:color w:val="C71585"/>
        </w:rPr>
        <w:t>5. Evidencia realista:</w:t>
      </w:r>
    </w:p>
    <w:p>
      <w:r>
        <w:rPr>
          <w:color w:val="C71585"/>
        </w:rPr>
        <w:t xml:space="preserve">   ¿Qué pruebas tengo de que ese pensamiento sea cierto?</w:t>
      </w:r>
    </w:p>
    <w:p>
      <w:r>
        <w:rPr>
          <w:color w:val="C71585"/>
        </w:rPr>
        <w:t xml:space="preserve">   ¿Qué pruebas tengo de que NO es cierto?</w:t>
      </w:r>
    </w:p>
    <w:p/>
    <w:p>
      <w:r>
        <w:rPr>
          <w:color w:val="C71585"/>
        </w:rPr>
        <w:t>6. Razonamiento alternativo:</w:t>
      </w:r>
    </w:p>
    <w:p/>
    <w:p>
      <w:r>
        <w:rPr>
          <w:color w:val="C71585"/>
        </w:rPr>
        <w:t>7. Nueva intensidad emocional (0 a 10):</w:t>
      </w:r>
    </w:p>
    <w:p/>
    <w:p>
      <w:r>
        <w:rPr>
          <w:color w:val="C71585"/>
        </w:rPr>
        <w:t>8. ¿Qué aprendí de este momento?:</w:t>
      </w:r>
    </w:p>
    <w:p/>
    <w:p>
      <w:r>
        <w:rPr>
          <w:color w:val="C71585"/>
        </w:rPr>
        <w:t>9. ¿Qué necesito ahora?</w:t>
      </w:r>
    </w:p>
    <w:p>
      <w:r>
        <w:rPr>
          <w:color w:val="C71585"/>
        </w:rPr>
        <w:t xml:space="preserve">   ☐ Descanso   ☐ Hablar con alguien   ☐ Un abrazo   ☐ Distracción positiva</w:t>
      </w:r>
    </w:p>
    <w:p>
      <w:r>
        <w:rPr>
          <w:color w:val="C71585"/>
        </w:rPr>
        <w:t xml:space="preserve">   ☐ Salir a caminar   ☐ Nada, ya lo procesé   ☐ Otra: __________</w:t>
      </w:r>
    </w:p>
    <w:p>
      <w:r>
        <w:rPr>
          <w:color w:val="C71585"/>
        </w:rPr>
        <w:t>----------------------------------------------------------------------------------------------------</w:t>
      </w:r>
    </w:p>
    <w:p>
      <w:pPr>
        <w:pStyle w:val="Heading1"/>
      </w:pPr>
      <w:r>
        <w:t>DIARIO DE EMOCIONES – TCC  #18</w:t>
      </w:r>
    </w:p>
    <w:p>
      <w:r>
        <w:rPr>
          <w:color w:val="C71585"/>
        </w:rPr>
        <w:t>📅 Fecha:</w:t>
      </w:r>
    </w:p>
    <w:p>
      <w:r>
        <w:rPr>
          <w:color w:val="C71585"/>
        </w:rPr>
        <w:t>🕒 Hora:</w:t>
      </w:r>
    </w:p>
    <w:p>
      <w:r>
        <w:rPr>
          <w:color w:val="C71585"/>
        </w:rPr>
        <w:t>1. Situación (¿Qué ocurrió?):</w:t>
      </w:r>
    </w:p>
    <w:p/>
    <w:p>
      <w:r>
        <w:rPr>
          <w:color w:val="C71585"/>
        </w:rPr>
        <w:t>2. Emoción principal (¿Qué sentí?):</w:t>
      </w:r>
    </w:p>
    <w:p>
      <w:r>
        <w:rPr>
          <w:color w:val="C71585"/>
        </w:rPr>
        <w:t xml:space="preserve">   ☐ Ansiedad   ☐ Tristeza   ☐ Culpa   ☐ Miedo   ☐ Ira   ☐ Vergüenza   ☐ Otra: __________</w:t>
      </w:r>
    </w:p>
    <w:p/>
    <w:p>
      <w:r>
        <w:rPr>
          <w:color w:val="C71585"/>
        </w:rPr>
        <w:t>3. Intensidad (0 a 10):</w:t>
      </w:r>
    </w:p>
    <w:p/>
    <w:p>
      <w:r>
        <w:rPr>
          <w:color w:val="C71585"/>
        </w:rPr>
        <w:t>4. Pensamiento automático (¿Qué pasó por mi cabeza?):</w:t>
      </w:r>
    </w:p>
    <w:p/>
    <w:p>
      <w:r>
        <w:rPr>
          <w:color w:val="C71585"/>
        </w:rPr>
        <w:t>5. Evidencia realista:</w:t>
      </w:r>
    </w:p>
    <w:p>
      <w:r>
        <w:rPr>
          <w:color w:val="C71585"/>
        </w:rPr>
        <w:t xml:space="preserve">   ¿Qué pruebas tengo de que ese pensamiento sea cierto?</w:t>
      </w:r>
    </w:p>
    <w:p>
      <w:r>
        <w:rPr>
          <w:color w:val="C71585"/>
        </w:rPr>
        <w:t xml:space="preserve">   ¿Qué pruebas tengo de que NO es cierto?</w:t>
      </w:r>
    </w:p>
    <w:p/>
    <w:p>
      <w:r>
        <w:rPr>
          <w:color w:val="C71585"/>
        </w:rPr>
        <w:t>6. Razonamiento alternativo:</w:t>
      </w:r>
    </w:p>
    <w:p/>
    <w:p>
      <w:r>
        <w:rPr>
          <w:color w:val="C71585"/>
        </w:rPr>
        <w:t>7. Nueva intensidad emocional (0 a 10):</w:t>
      </w:r>
    </w:p>
    <w:p/>
    <w:p>
      <w:r>
        <w:rPr>
          <w:color w:val="C71585"/>
        </w:rPr>
        <w:t>8. ¿Qué aprendí de este momento?:</w:t>
      </w:r>
    </w:p>
    <w:p/>
    <w:p>
      <w:r>
        <w:rPr>
          <w:color w:val="C71585"/>
        </w:rPr>
        <w:t>9. ¿Qué necesito ahora?</w:t>
      </w:r>
    </w:p>
    <w:p>
      <w:r>
        <w:rPr>
          <w:color w:val="C71585"/>
        </w:rPr>
        <w:t xml:space="preserve">   ☐ Descanso   ☐ Hablar con alguien   ☐ Un abrazo   ☐ Distracción positiva</w:t>
      </w:r>
    </w:p>
    <w:p>
      <w:r>
        <w:rPr>
          <w:color w:val="C71585"/>
        </w:rPr>
        <w:t xml:space="preserve">   ☐ Salir a caminar   ☐ Nada, ya lo procesé   ☐ Otra: __________</w:t>
      </w:r>
    </w:p>
    <w:p>
      <w:r>
        <w:rPr>
          <w:color w:val="C71585"/>
        </w:rPr>
        <w:t>----------------------------------------------------------------------------------------------------</w:t>
      </w:r>
    </w:p>
    <w:p>
      <w:pPr>
        <w:pStyle w:val="Heading1"/>
      </w:pPr>
      <w:r>
        <w:t>DIARIO DE EMOCIONES – TCC  #19</w:t>
      </w:r>
    </w:p>
    <w:p>
      <w:r>
        <w:rPr>
          <w:color w:val="C71585"/>
        </w:rPr>
        <w:t>📅 Fecha:</w:t>
      </w:r>
    </w:p>
    <w:p>
      <w:r>
        <w:rPr>
          <w:color w:val="C71585"/>
        </w:rPr>
        <w:t>🕒 Hora:</w:t>
      </w:r>
    </w:p>
    <w:p>
      <w:r>
        <w:rPr>
          <w:color w:val="C71585"/>
        </w:rPr>
        <w:t>1. Situación (¿Qué ocurrió?):</w:t>
      </w:r>
    </w:p>
    <w:p/>
    <w:p>
      <w:r>
        <w:rPr>
          <w:color w:val="C71585"/>
        </w:rPr>
        <w:t>2. Emoción principal (¿Qué sentí?):</w:t>
      </w:r>
    </w:p>
    <w:p>
      <w:r>
        <w:rPr>
          <w:color w:val="C71585"/>
        </w:rPr>
        <w:t xml:space="preserve">   ☐ Ansiedad   ☐ Tristeza   ☐ Culpa   ☐ Miedo   ☐ Ira   ☐ Vergüenza   ☐ Otra: __________</w:t>
      </w:r>
    </w:p>
    <w:p/>
    <w:p>
      <w:r>
        <w:rPr>
          <w:color w:val="C71585"/>
        </w:rPr>
        <w:t>3. Intensidad (0 a 10):</w:t>
      </w:r>
    </w:p>
    <w:p/>
    <w:p>
      <w:r>
        <w:rPr>
          <w:color w:val="C71585"/>
        </w:rPr>
        <w:t>4. Pensamiento automático (¿Qué pasó por mi cabeza?):</w:t>
      </w:r>
    </w:p>
    <w:p/>
    <w:p>
      <w:r>
        <w:rPr>
          <w:color w:val="C71585"/>
        </w:rPr>
        <w:t>5. Evidencia realista:</w:t>
      </w:r>
    </w:p>
    <w:p>
      <w:r>
        <w:rPr>
          <w:color w:val="C71585"/>
        </w:rPr>
        <w:t xml:space="preserve">   ¿Qué pruebas tengo de que ese pensamiento sea cierto?</w:t>
      </w:r>
    </w:p>
    <w:p>
      <w:r>
        <w:rPr>
          <w:color w:val="C71585"/>
        </w:rPr>
        <w:t xml:space="preserve">   ¿Qué pruebas tengo de que NO es cierto?</w:t>
      </w:r>
    </w:p>
    <w:p/>
    <w:p>
      <w:r>
        <w:rPr>
          <w:color w:val="C71585"/>
        </w:rPr>
        <w:t>6. Razonamiento alternativo:</w:t>
      </w:r>
    </w:p>
    <w:p/>
    <w:p>
      <w:r>
        <w:rPr>
          <w:color w:val="C71585"/>
        </w:rPr>
        <w:t>7. Nueva intensidad emocional (0 a 10):</w:t>
      </w:r>
    </w:p>
    <w:p/>
    <w:p>
      <w:r>
        <w:rPr>
          <w:color w:val="C71585"/>
        </w:rPr>
        <w:t>8. ¿Qué aprendí de este momento?:</w:t>
      </w:r>
    </w:p>
    <w:p/>
    <w:p>
      <w:r>
        <w:rPr>
          <w:color w:val="C71585"/>
        </w:rPr>
        <w:t>9. ¿Qué necesito ahora?</w:t>
      </w:r>
    </w:p>
    <w:p>
      <w:r>
        <w:rPr>
          <w:color w:val="C71585"/>
        </w:rPr>
        <w:t xml:space="preserve">   ☐ Descanso   ☐ Hablar con alguien   ☐ Un abrazo   ☐ Distracción positiva</w:t>
      </w:r>
    </w:p>
    <w:p>
      <w:r>
        <w:rPr>
          <w:color w:val="C71585"/>
        </w:rPr>
        <w:t xml:space="preserve">   ☐ Salir a caminar   ☐ Nada, ya lo procesé   ☐ Otra: __________</w:t>
      </w:r>
    </w:p>
    <w:p>
      <w:r>
        <w:rPr>
          <w:color w:val="C71585"/>
        </w:rPr>
        <w:t>----------------------------------------------------------------------------------------------------</w:t>
      </w:r>
    </w:p>
    <w:p>
      <w:pPr>
        <w:pStyle w:val="Heading1"/>
      </w:pPr>
      <w:r>
        <w:t>DIARIO DE EMOCIONES – TCC  #20</w:t>
      </w:r>
    </w:p>
    <w:p>
      <w:r>
        <w:rPr>
          <w:color w:val="C71585"/>
        </w:rPr>
        <w:t>📅 Fecha:</w:t>
      </w:r>
    </w:p>
    <w:p>
      <w:r>
        <w:rPr>
          <w:color w:val="C71585"/>
        </w:rPr>
        <w:t>🕒 Hora:</w:t>
      </w:r>
    </w:p>
    <w:p>
      <w:r>
        <w:rPr>
          <w:color w:val="C71585"/>
        </w:rPr>
        <w:t>1. Situación (¿Qué ocurrió?):</w:t>
      </w:r>
    </w:p>
    <w:p/>
    <w:p>
      <w:r>
        <w:rPr>
          <w:color w:val="C71585"/>
        </w:rPr>
        <w:t>2. Emoción principal (¿Qué sentí?):</w:t>
      </w:r>
    </w:p>
    <w:p>
      <w:r>
        <w:rPr>
          <w:color w:val="C71585"/>
        </w:rPr>
        <w:t xml:space="preserve">   ☐ Ansiedad   ☐ Tristeza   ☐ Culpa   ☐ Miedo   ☐ Ira   ☐ Vergüenza   ☐ Otra: __________</w:t>
      </w:r>
    </w:p>
    <w:p/>
    <w:p>
      <w:r>
        <w:rPr>
          <w:color w:val="C71585"/>
        </w:rPr>
        <w:t>3. Intensidad (0 a 10):</w:t>
      </w:r>
    </w:p>
    <w:p/>
    <w:p>
      <w:r>
        <w:rPr>
          <w:color w:val="C71585"/>
        </w:rPr>
        <w:t>4. Pensamiento automático (¿Qué pasó por mi cabeza?):</w:t>
      </w:r>
    </w:p>
    <w:p/>
    <w:p>
      <w:r>
        <w:rPr>
          <w:color w:val="C71585"/>
        </w:rPr>
        <w:t>5. Evidencia realista:</w:t>
      </w:r>
    </w:p>
    <w:p>
      <w:r>
        <w:rPr>
          <w:color w:val="C71585"/>
        </w:rPr>
        <w:t xml:space="preserve">   ¿Qué pruebas tengo de que ese pensamiento sea cierto?</w:t>
      </w:r>
    </w:p>
    <w:p>
      <w:r>
        <w:rPr>
          <w:color w:val="C71585"/>
        </w:rPr>
        <w:t xml:space="preserve">   ¿Qué pruebas tengo de que NO es cierto?</w:t>
      </w:r>
    </w:p>
    <w:p/>
    <w:p>
      <w:r>
        <w:rPr>
          <w:color w:val="C71585"/>
        </w:rPr>
        <w:t>6. Razonamiento alternativo:</w:t>
      </w:r>
    </w:p>
    <w:p/>
    <w:p>
      <w:r>
        <w:rPr>
          <w:color w:val="C71585"/>
        </w:rPr>
        <w:t>7. Nueva intensidad emocional (0 a 10):</w:t>
      </w:r>
    </w:p>
    <w:p/>
    <w:p>
      <w:r>
        <w:rPr>
          <w:color w:val="C71585"/>
        </w:rPr>
        <w:t>8. ¿Qué aprendí de este momento?:</w:t>
      </w:r>
    </w:p>
    <w:p/>
    <w:p>
      <w:r>
        <w:rPr>
          <w:color w:val="C71585"/>
        </w:rPr>
        <w:t>9. ¿Qué necesito ahora?</w:t>
      </w:r>
    </w:p>
    <w:p>
      <w:r>
        <w:rPr>
          <w:color w:val="C71585"/>
        </w:rPr>
        <w:t xml:space="preserve">   ☐ Descanso   ☐ Hablar con alguien   ☐ Un abrazo   ☐ Distracción positiva</w:t>
      </w:r>
    </w:p>
    <w:p>
      <w:r>
        <w:rPr>
          <w:color w:val="C71585"/>
        </w:rPr>
        <w:t xml:space="preserve">   ☐ Salir a caminar   ☐ Nada, ya lo procesé   ☐ Otra: __________</w:t>
      </w:r>
    </w:p>
    <w:p>
      <w:r>
        <w:rPr>
          <w:color w:val="C71585"/>
        </w:rPr>
        <w:t>----------------------------------------------------------------------------------------------------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